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8F350" w14:textId="7C773FCD" w:rsidR="00AE427E" w:rsidRDefault="00BD3309">
      <w:pPr>
        <w:jc w:val="center"/>
      </w:pPr>
      <w:r>
        <w:rPr>
          <w:b/>
          <w:sz w:val="36"/>
        </w:rPr>
        <w:t>McGee National Civil Rights Moot Court</w:t>
      </w:r>
      <w:r>
        <w:rPr>
          <w:b/>
          <w:sz w:val="36"/>
        </w:rPr>
        <w:br/>
        <w:t xml:space="preserve">2027 </w:t>
      </w:r>
      <w:r w:rsidR="00991F16">
        <w:rPr>
          <w:b/>
          <w:sz w:val="36"/>
        </w:rPr>
        <w:t xml:space="preserve">Lottery </w:t>
      </w:r>
      <w:r>
        <w:rPr>
          <w:b/>
          <w:sz w:val="36"/>
        </w:rPr>
        <w:t>Registration Form</w:t>
      </w:r>
    </w:p>
    <w:p w14:paraId="614B2CE3" w14:textId="77777777" w:rsidR="00AE427E" w:rsidRDefault="00BD3309">
      <w:pPr>
        <w:jc w:val="center"/>
      </w:pPr>
      <w:r>
        <w:t>Virtual Competition • March 2-5, 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AE427E" w14:paraId="674B5B8E" w14:textId="77777777" w:rsidTr="710E2CF3">
        <w:tc>
          <w:tcPr>
            <w:tcW w:w="5112" w:type="dxa"/>
          </w:tcPr>
          <w:p w14:paraId="1C05DECD" w14:textId="77777777" w:rsidR="00AE427E" w:rsidRDefault="00BD3309">
            <w:r>
              <w:t>School Name</w:t>
            </w:r>
          </w:p>
        </w:tc>
        <w:tc>
          <w:tcPr>
            <w:tcW w:w="5112" w:type="dxa"/>
          </w:tcPr>
          <w:sdt>
            <w:sdtPr>
              <w:alias w:val="School Name"/>
              <w:id w:val="-79218809"/>
              <w:text/>
            </w:sdtPr>
            <w:sdtEndPr/>
            <w:sdtContent>
              <w:p w14:paraId="28412C40" w14:textId="77777777" w:rsidR="00AE427E" w:rsidRDefault="00BD3309">
                <w:r>
                  <w:t>Click here to enter text</w:t>
                </w:r>
              </w:p>
            </w:sdtContent>
          </w:sdt>
        </w:tc>
      </w:tr>
      <w:tr w:rsidR="00AE427E" w14:paraId="4214059A" w14:textId="77777777" w:rsidTr="710E2CF3">
        <w:tc>
          <w:tcPr>
            <w:tcW w:w="5112" w:type="dxa"/>
          </w:tcPr>
          <w:p w14:paraId="51043B4A" w14:textId="5451949E" w:rsidR="00AE427E" w:rsidRDefault="41C71549">
            <w:r>
              <w:t>***</w:t>
            </w:r>
            <w:r w:rsidR="00BD3309">
              <w:t>Team Member 1</w:t>
            </w:r>
          </w:p>
        </w:tc>
        <w:tc>
          <w:tcPr>
            <w:tcW w:w="5112" w:type="dxa"/>
          </w:tcPr>
          <w:sdt>
            <w:sdtPr>
              <w:alias w:val="Team Member 1"/>
              <w:id w:val="-2118062383"/>
              <w:text/>
            </w:sdtPr>
            <w:sdtEndPr/>
            <w:sdtContent>
              <w:p w14:paraId="2A636485" w14:textId="77777777" w:rsidR="00AE427E" w:rsidRDefault="00BD3309">
                <w:r>
                  <w:t>Click here to enter text</w:t>
                </w:r>
              </w:p>
            </w:sdtContent>
          </w:sdt>
        </w:tc>
      </w:tr>
      <w:tr w:rsidR="00AE427E" w14:paraId="0ACEBB5A" w14:textId="77777777" w:rsidTr="710E2CF3">
        <w:tc>
          <w:tcPr>
            <w:tcW w:w="5112" w:type="dxa"/>
          </w:tcPr>
          <w:p w14:paraId="1527C322" w14:textId="77777777" w:rsidR="00AE427E" w:rsidRDefault="00BD3309">
            <w:r>
              <w:t>Team Member 2</w:t>
            </w:r>
          </w:p>
        </w:tc>
        <w:tc>
          <w:tcPr>
            <w:tcW w:w="5112" w:type="dxa"/>
          </w:tcPr>
          <w:sdt>
            <w:sdtPr>
              <w:alias w:val="Team Member 2"/>
              <w:id w:val="1097835099"/>
              <w:text/>
            </w:sdtPr>
            <w:sdtEndPr/>
            <w:sdtContent>
              <w:p w14:paraId="3175AF31" w14:textId="77777777" w:rsidR="00AE427E" w:rsidRDefault="00BD3309">
                <w:r>
                  <w:t>Click here to enter text</w:t>
                </w:r>
              </w:p>
            </w:sdtContent>
          </w:sdt>
        </w:tc>
      </w:tr>
      <w:tr w:rsidR="00AE427E" w14:paraId="400C59A9" w14:textId="77777777" w:rsidTr="710E2CF3">
        <w:tc>
          <w:tcPr>
            <w:tcW w:w="5112" w:type="dxa"/>
          </w:tcPr>
          <w:p w14:paraId="37F6294A" w14:textId="77777777" w:rsidR="00AE427E" w:rsidRDefault="00BD3309">
            <w:r>
              <w:t>Team Member 3 (Optional)</w:t>
            </w:r>
          </w:p>
        </w:tc>
        <w:tc>
          <w:tcPr>
            <w:tcW w:w="5112" w:type="dxa"/>
          </w:tcPr>
          <w:sdt>
            <w:sdtPr>
              <w:alias w:val="Team Member 3 (Optional)"/>
              <w:id w:val="-690911199"/>
              <w:text/>
            </w:sdtPr>
            <w:sdtEndPr/>
            <w:sdtContent>
              <w:p w14:paraId="799ABB32" w14:textId="77777777" w:rsidR="00AE427E" w:rsidRDefault="00BD3309">
                <w:r>
                  <w:t>Click here to enter text</w:t>
                </w:r>
              </w:p>
            </w:sdtContent>
          </w:sdt>
        </w:tc>
      </w:tr>
      <w:tr w:rsidR="00AE427E" w14:paraId="74F0691B" w14:textId="77777777" w:rsidTr="710E2CF3">
        <w:tc>
          <w:tcPr>
            <w:tcW w:w="5112" w:type="dxa"/>
          </w:tcPr>
          <w:p w14:paraId="34D882D6" w14:textId="77777777" w:rsidR="00AE427E" w:rsidRDefault="00BD3309">
            <w:r>
              <w:t>Coach Name(s)</w:t>
            </w:r>
          </w:p>
        </w:tc>
        <w:tc>
          <w:tcPr>
            <w:tcW w:w="5112" w:type="dxa"/>
          </w:tcPr>
          <w:sdt>
            <w:sdtPr>
              <w:alias w:val="Coach Name(s)"/>
              <w:id w:val="-1159004230"/>
              <w:text/>
            </w:sdtPr>
            <w:sdtEndPr/>
            <w:sdtContent>
              <w:p w14:paraId="7120086E" w14:textId="77777777" w:rsidR="00AE427E" w:rsidRDefault="00BD3309">
                <w:r>
                  <w:t>Click here to enter text</w:t>
                </w:r>
              </w:p>
            </w:sdtContent>
          </w:sdt>
        </w:tc>
      </w:tr>
      <w:tr w:rsidR="00AE427E" w14:paraId="3BB3F791" w14:textId="77777777" w:rsidTr="710E2CF3">
        <w:tc>
          <w:tcPr>
            <w:tcW w:w="5112" w:type="dxa"/>
          </w:tcPr>
          <w:p w14:paraId="45FD2878" w14:textId="77777777" w:rsidR="00AE427E" w:rsidRDefault="00BD3309">
            <w:r>
              <w:t>Coach Phone</w:t>
            </w:r>
          </w:p>
        </w:tc>
        <w:tc>
          <w:tcPr>
            <w:tcW w:w="5112" w:type="dxa"/>
          </w:tcPr>
          <w:sdt>
            <w:sdtPr>
              <w:alias w:val="Coach Phone"/>
              <w:id w:val="-294752336"/>
              <w:text/>
            </w:sdtPr>
            <w:sdtEndPr/>
            <w:sdtContent>
              <w:p w14:paraId="1C066095" w14:textId="77777777" w:rsidR="00AE427E" w:rsidRDefault="00BD3309">
                <w:r>
                  <w:t>Click here to enter text</w:t>
                </w:r>
              </w:p>
            </w:sdtContent>
          </w:sdt>
        </w:tc>
      </w:tr>
      <w:tr w:rsidR="00AE427E" w14:paraId="74E194D1" w14:textId="77777777" w:rsidTr="710E2CF3">
        <w:tc>
          <w:tcPr>
            <w:tcW w:w="5112" w:type="dxa"/>
          </w:tcPr>
          <w:p w14:paraId="022D3B70" w14:textId="77777777" w:rsidR="00AE427E" w:rsidRDefault="00BD3309">
            <w:r>
              <w:t>Coach Email</w:t>
            </w:r>
          </w:p>
        </w:tc>
        <w:tc>
          <w:tcPr>
            <w:tcW w:w="5112" w:type="dxa"/>
          </w:tcPr>
          <w:sdt>
            <w:sdtPr>
              <w:alias w:val="Coach Email"/>
              <w:id w:val="487602549"/>
              <w:text/>
            </w:sdtPr>
            <w:sdtEndPr/>
            <w:sdtContent>
              <w:p w14:paraId="1C4DEF49" w14:textId="77777777" w:rsidR="00AE427E" w:rsidRDefault="00BD3309">
                <w:r>
                  <w:t>Click here to enter text</w:t>
                </w:r>
              </w:p>
            </w:sdtContent>
          </w:sdt>
        </w:tc>
      </w:tr>
      <w:tr w:rsidR="00AE427E" w14:paraId="2AD15396" w14:textId="77777777" w:rsidTr="710E2CF3">
        <w:tc>
          <w:tcPr>
            <w:tcW w:w="5112" w:type="dxa"/>
          </w:tcPr>
          <w:p w14:paraId="0D1709D8" w14:textId="317BC136" w:rsidR="00AE427E" w:rsidRDefault="00BD3309" w:rsidP="710E2CF3">
            <w:pPr>
              <w:rPr>
                <w:b/>
                <w:bCs/>
              </w:rPr>
            </w:pPr>
            <w:r>
              <w:t>Competition Contact Email</w:t>
            </w:r>
            <w:r w:rsidR="725F3855">
              <w:t xml:space="preserve"> (</w:t>
            </w:r>
            <w:r w:rsidR="4525EF91" w:rsidRPr="710E2CF3">
              <w:rPr>
                <w:b/>
                <w:bCs/>
              </w:rPr>
              <w:t>must be checked regularly)</w:t>
            </w:r>
          </w:p>
        </w:tc>
        <w:tc>
          <w:tcPr>
            <w:tcW w:w="5112" w:type="dxa"/>
          </w:tcPr>
          <w:sdt>
            <w:sdtPr>
              <w:alias w:val="Competition Contact Email"/>
              <w:id w:val="-1714572432"/>
              <w:text/>
            </w:sdtPr>
            <w:sdtEndPr/>
            <w:sdtContent>
              <w:p w14:paraId="47E156F2" w14:textId="77777777" w:rsidR="00AE427E" w:rsidRDefault="00BD3309">
                <w:r>
                  <w:t>Click here to enter text</w:t>
                </w:r>
              </w:p>
            </w:sdtContent>
          </w:sdt>
        </w:tc>
      </w:tr>
      <w:tr w:rsidR="00AE427E" w14:paraId="0087A846" w14:textId="77777777" w:rsidTr="710E2CF3">
        <w:tc>
          <w:tcPr>
            <w:tcW w:w="5112" w:type="dxa"/>
          </w:tcPr>
          <w:p w14:paraId="3B807AE2" w14:textId="77777777" w:rsidR="00AE427E" w:rsidRDefault="00BD3309">
            <w:r>
              <w:t>Number of Teams Entered</w:t>
            </w:r>
          </w:p>
        </w:tc>
        <w:tc>
          <w:tcPr>
            <w:tcW w:w="5112" w:type="dxa"/>
          </w:tcPr>
          <w:p w14:paraId="4AF6FE54" w14:textId="77777777" w:rsidR="00AE427E" w:rsidRDefault="00BD3309">
            <w:r>
              <w:t>☐ One Team    ☐ Two Teams</w:t>
            </w:r>
          </w:p>
        </w:tc>
      </w:tr>
    </w:tbl>
    <w:p w14:paraId="6F4F2B0B" w14:textId="77777777" w:rsidR="00AE427E" w:rsidRDefault="00AE427E"/>
    <w:p w14:paraId="4B3325E1" w14:textId="77777777" w:rsidR="00AE427E" w:rsidRDefault="00BD3309">
      <w:r>
        <w:rPr>
          <w:b/>
        </w:rPr>
        <w:t>Required Acknowledgments</w:t>
      </w:r>
    </w:p>
    <w:p w14:paraId="044108E0" w14:textId="27A11D46" w:rsidR="00AE427E" w:rsidRDefault="00BD3309">
      <w:r>
        <w:t>☐ I agree that</w:t>
      </w:r>
      <w:r w:rsidR="00991F16">
        <w:t xml:space="preserve"> our team </w:t>
      </w:r>
      <w:r>
        <w:t xml:space="preserve">will provide two </w:t>
      </w:r>
      <w:proofErr w:type="gramStart"/>
      <w:r>
        <w:t xml:space="preserve">judges </w:t>
      </w:r>
      <w:r w:rsidR="636568C3">
        <w:t>total</w:t>
      </w:r>
      <w:proofErr w:type="gramEnd"/>
      <w:r w:rsidR="636568C3">
        <w:t xml:space="preserve"> </w:t>
      </w:r>
      <w:r>
        <w:t>for the preliminary rounds on March 2 and March 3, 2027.</w:t>
      </w:r>
    </w:p>
    <w:p w14:paraId="4DFE2E93" w14:textId="1F283C99" w:rsidR="00AE427E" w:rsidRDefault="00BD3309">
      <w:r>
        <w:t>☐ I understand that if our team receives a spot (or spots) in the</w:t>
      </w:r>
      <w:r w:rsidR="00991F16">
        <w:t xml:space="preserve"> registration</w:t>
      </w:r>
      <w:r>
        <w:t xml:space="preserve"> lottery, the registration fee of $400 for one team or $700 for two teams will be due by </w:t>
      </w:r>
      <w:r w:rsidRPr="710E2CF3">
        <w:rPr>
          <w:b/>
          <w:bCs/>
        </w:rPr>
        <w:t xml:space="preserve">check </w:t>
      </w:r>
      <w:r w:rsidR="42A12C1F" w:rsidRPr="710E2CF3">
        <w:rPr>
          <w:b/>
          <w:bCs/>
        </w:rPr>
        <w:t>only</w:t>
      </w:r>
      <w:r w:rsidR="42A12C1F">
        <w:t xml:space="preserve"> </w:t>
      </w:r>
      <w:r>
        <w:t>within 14 days of notification.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8"/>
        <w:gridCol w:w="5106"/>
      </w:tblGrid>
      <w:tr w:rsidR="00AE427E" w14:paraId="6AB7A085" w14:textId="77777777">
        <w:tc>
          <w:tcPr>
            <w:tcW w:w="5112" w:type="dxa"/>
          </w:tcPr>
          <w:p w14:paraId="2B4D95E5" w14:textId="77777777" w:rsidR="00AE427E" w:rsidRDefault="00BD3309">
            <w:r>
              <w:t>Authorized Representative Signature</w:t>
            </w:r>
          </w:p>
        </w:tc>
        <w:tc>
          <w:tcPr>
            <w:tcW w:w="5112" w:type="dxa"/>
          </w:tcPr>
          <w:sdt>
            <w:sdtPr>
              <w:alias w:val="Signature"/>
              <w:id w:val="927385253"/>
              <w:text/>
            </w:sdtPr>
            <w:sdtEndPr/>
            <w:sdtContent>
              <w:p w14:paraId="5A7C3986" w14:textId="77777777" w:rsidR="00AE427E" w:rsidRDefault="00BD3309">
                <w:r>
                  <w:t>Click here to enter text</w:t>
                </w:r>
              </w:p>
            </w:sdtContent>
          </w:sdt>
        </w:tc>
      </w:tr>
      <w:tr w:rsidR="00AE427E" w14:paraId="6235CD16" w14:textId="77777777">
        <w:tc>
          <w:tcPr>
            <w:tcW w:w="5112" w:type="dxa"/>
          </w:tcPr>
          <w:p w14:paraId="2195FC2A" w14:textId="77777777" w:rsidR="00AE427E" w:rsidRDefault="00BD3309">
            <w:r>
              <w:t>Date</w:t>
            </w:r>
          </w:p>
        </w:tc>
        <w:tc>
          <w:tcPr>
            <w:tcW w:w="5112" w:type="dxa"/>
          </w:tcPr>
          <w:sdt>
            <w:sdtPr>
              <w:alias w:val="Date"/>
              <w:id w:val="545028904"/>
              <w:text/>
            </w:sdtPr>
            <w:sdtEndPr/>
            <w:sdtContent>
              <w:p w14:paraId="11F795AD" w14:textId="77777777" w:rsidR="00AE427E" w:rsidRDefault="00BD3309">
                <w:r>
                  <w:t>Click here to enter text</w:t>
                </w:r>
              </w:p>
            </w:sdtContent>
          </w:sdt>
        </w:tc>
      </w:tr>
    </w:tbl>
    <w:p w14:paraId="4509AA85" w14:textId="77777777" w:rsidR="00BD3309" w:rsidRDefault="00BD3309"/>
    <w:p w14:paraId="4FEE2FDA" w14:textId="7EEB0A65" w:rsidR="710E2CF3" w:rsidRDefault="710E2CF3"/>
    <w:p w14:paraId="4149A2AB" w14:textId="05B91A8D" w:rsidR="6FF26842" w:rsidRDefault="6FF26842">
      <w:r>
        <w:t xml:space="preserve">***Team </w:t>
      </w:r>
      <w:proofErr w:type="gramStart"/>
      <w:r>
        <w:t>members</w:t>
      </w:r>
      <w:proofErr w:type="gramEnd"/>
      <w:r>
        <w:t xml:space="preserve"> </w:t>
      </w:r>
      <w:proofErr w:type="gramStart"/>
      <w:r>
        <w:t>name</w:t>
      </w:r>
      <w:proofErr w:type="gramEnd"/>
      <w:r>
        <w:t xml:space="preserve"> can be submitted later if they are not currently known</w:t>
      </w:r>
    </w:p>
    <w:sectPr w:rsidR="6FF26842" w:rsidSect="00034616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9854138">
    <w:abstractNumId w:val="8"/>
  </w:num>
  <w:num w:numId="2" w16cid:durableId="1279950756">
    <w:abstractNumId w:val="6"/>
  </w:num>
  <w:num w:numId="3" w16cid:durableId="884566164">
    <w:abstractNumId w:val="5"/>
  </w:num>
  <w:num w:numId="4" w16cid:durableId="1123420863">
    <w:abstractNumId w:val="4"/>
  </w:num>
  <w:num w:numId="5" w16cid:durableId="216550416">
    <w:abstractNumId w:val="7"/>
  </w:num>
  <w:num w:numId="6" w16cid:durableId="525289836">
    <w:abstractNumId w:val="3"/>
  </w:num>
  <w:num w:numId="7" w16cid:durableId="622923439">
    <w:abstractNumId w:val="2"/>
  </w:num>
  <w:num w:numId="8" w16cid:durableId="572160243">
    <w:abstractNumId w:val="1"/>
  </w:num>
  <w:num w:numId="9" w16cid:durableId="128210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BD9"/>
    <w:rsid w:val="000E0EB8"/>
    <w:rsid w:val="0015074B"/>
    <w:rsid w:val="0029639D"/>
    <w:rsid w:val="00326F90"/>
    <w:rsid w:val="00991F16"/>
    <w:rsid w:val="00AA1D8D"/>
    <w:rsid w:val="00AE427E"/>
    <w:rsid w:val="00B47730"/>
    <w:rsid w:val="00BD3309"/>
    <w:rsid w:val="00CB0664"/>
    <w:rsid w:val="00CE7BDC"/>
    <w:rsid w:val="00FC693F"/>
    <w:rsid w:val="09A56BBB"/>
    <w:rsid w:val="2EEEC29B"/>
    <w:rsid w:val="35DEC914"/>
    <w:rsid w:val="41C71549"/>
    <w:rsid w:val="42A12C1F"/>
    <w:rsid w:val="4525EF91"/>
    <w:rsid w:val="636568C3"/>
    <w:rsid w:val="6B914024"/>
    <w:rsid w:val="6FF26842"/>
    <w:rsid w:val="710E2CF3"/>
    <w:rsid w:val="725F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D7EF49"/>
  <w14:defaultImageDpi w14:val="300"/>
  <w15:docId w15:val="{A303FB8D-1F53-40F8-80F2-B8BA05F8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F70B5A994C1B48A19D77C85F96444A" ma:contentTypeVersion="17" ma:contentTypeDescription="Create a new document." ma:contentTypeScope="" ma:versionID="4fdf4ff007c5b84e82124f12c6ec3002">
  <xsd:schema xmlns:xsd="http://www.w3.org/2001/XMLSchema" xmlns:xs="http://www.w3.org/2001/XMLSchema" xmlns:p="http://schemas.microsoft.com/office/2006/metadata/properties" xmlns:ns3="5eba6238-4fed-470c-be5e-dc968dfb466d" xmlns:ns4="edf8784c-1cee-4046-9c50-918571b9dd3b" targetNamespace="http://schemas.microsoft.com/office/2006/metadata/properties" ma:root="true" ma:fieldsID="1647bb9b4a1d2b9e2026e20eaa6b6d46" ns3:_="" ns4:_="">
    <xsd:import namespace="5eba6238-4fed-470c-be5e-dc968dfb466d"/>
    <xsd:import namespace="edf8784c-1cee-4046-9c50-918571b9dd3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a6238-4fed-470c-be5e-dc968dfb46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8784c-1cee-4046-9c50-918571b9d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f8784c-1cee-4046-9c50-918571b9dd3b" xsi:nil="true"/>
  </documentManagement>
</p:properties>
</file>

<file path=customXml/itemProps1.xml><?xml version="1.0" encoding="utf-8"?>
<ds:datastoreItem xmlns:ds="http://schemas.openxmlformats.org/officeDocument/2006/customXml" ds:itemID="{8C63A9C9-982D-4150-8C54-5CC3EFF6A2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77F64A-067B-4B06-A7C6-BFA90B382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a6238-4fed-470c-be5e-dc968dfb466d"/>
    <ds:schemaRef ds:uri="edf8784c-1cee-4046-9c50-918571b9d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423777-2A81-496B-8BBF-D5C4EAA80BA2}">
  <ds:schemaRefs>
    <ds:schemaRef ds:uri="http://schemas.microsoft.com/office/2006/metadata/properties"/>
    <ds:schemaRef ds:uri="http://schemas.microsoft.com/office/infopath/2007/PartnerControls"/>
    <ds:schemaRef ds:uri="edf8784c-1cee-4046-9c50-918571b9dd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907</Characters>
  <Application>Microsoft Office Word</Application>
  <DocSecurity>0</DocSecurity>
  <Lines>7</Lines>
  <Paragraphs>2</Paragraphs>
  <ScaleCrop>false</ScaleCrop>
  <Manager/>
  <Company/>
  <LinksUpToDate>false</LinksUpToDate>
  <CharactersWithSpaces>1063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Strohl, Erica</dc:creator>
  <cp:keywords/>
  <dc:description>generated by python-docx</dc:description>
  <cp:lastModifiedBy>Sjolund, Meghan</cp:lastModifiedBy>
  <cp:revision>2</cp:revision>
  <dcterms:created xsi:type="dcterms:W3CDTF">2026-10-05T19:17:00Z</dcterms:created>
  <dcterms:modified xsi:type="dcterms:W3CDTF">2026-10-05T19:17:00Z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0x0101003AF70B5A994C1B48A19D77C85F96444A</vt:lpwstr>
  </property>
  <property fmtid="{D5CDD505-2E9C-101B-9397-08002B2CF9AE}" pid="3" name="MSIP_Label_90b3867f-0082-4670-95fd-04f3baffdb5a_Enabled">
    <vt:lpwstr>true</vt:lpwstr>
  </property>
  <property fmtid="{D5CDD505-2E9C-101B-9397-08002B2CF9AE}" pid="4" name="MSIP_Label_90b3867f-0082-4670-95fd-04f3baffdb5a_SetDate">
    <vt:lpwstr>2026-09-30T23:44:08Z</vt:lpwstr>
  </property>
  <property fmtid="{D5CDD505-2E9C-101B-9397-08002B2CF9AE}" pid="5" name="MSIP_Label_90b3867f-0082-4670-95fd-04f3baffdb5a_Method">
    <vt:lpwstr>Standard</vt:lpwstr>
  </property>
  <property fmtid="{D5CDD505-2E9C-101B-9397-08002B2CF9AE}" pid="6" name="MSIP_Label_90b3867f-0082-4670-95fd-04f3baffdb5a_Name">
    <vt:lpwstr>defa4170-0d19-0005-0004-bc88714345d2</vt:lpwstr>
  </property>
  <property fmtid="{D5CDD505-2E9C-101B-9397-08002B2CF9AE}" pid="7" name="MSIP_Label_90b3867f-0082-4670-95fd-04f3baffdb5a_SiteId">
    <vt:lpwstr>c78e5de1-c880-4d42-ad27-77da50fda66a</vt:lpwstr>
  </property>
  <property fmtid="{D5CDD505-2E9C-101B-9397-08002B2CF9AE}" pid="8" name="MSIP_Label_90b3867f-0082-4670-95fd-04f3baffdb5a_ActionId">
    <vt:lpwstr>7ea9ea8f-48ee-4a66-8f85-1dd5d91e5b60</vt:lpwstr>
  </property>
  <property fmtid="{D5CDD505-2E9C-101B-9397-08002B2CF9AE}" pid="9" name="MSIP_Label_90b3867f-0082-4670-95fd-04f3baffdb5a_ContentBits">
    <vt:lpwstr>0</vt:lpwstr>
  </property>
  <property fmtid="{D5CDD505-2E9C-101B-9397-08002B2CF9AE}" pid="10" name="MSIP_Label_90b3867f-0082-4670-95fd-04f3baffdb5a_Tag">
    <vt:lpwstr>10, 3, 0, 1</vt:lpwstr>
  </property>
</Properties>
</file>